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23" w:rsidRDefault="007A71D4">
      <w:pPr>
        <w:pStyle w:val="1"/>
      </w:pPr>
      <w:r>
        <w:t>LABORATORY WORKSHEET (GUIDED)</w:t>
      </w:r>
    </w:p>
    <w:p w:rsidR="00882423" w:rsidRDefault="007A71D4">
      <w:pPr>
        <w:pStyle w:val="21"/>
      </w:pPr>
      <w:r>
        <w:t>Topic: Complex Resistor Network – Series &amp; Parallel Connections</w:t>
      </w:r>
    </w:p>
    <w:p w:rsidR="00882423" w:rsidRDefault="007A71D4">
      <w:r>
        <w:t>Student Name: ____________________</w:t>
      </w:r>
    </w:p>
    <w:p w:rsidR="00882423" w:rsidRDefault="007A71D4">
      <w:r>
        <w:t>Class / Group: ____________________</w:t>
      </w:r>
    </w:p>
    <w:p w:rsidR="00882423" w:rsidRDefault="007A71D4">
      <w:r>
        <w:t>Date: ____________________</w:t>
      </w:r>
    </w:p>
    <w:p w:rsidR="00882423" w:rsidRDefault="007A71D4">
      <w:pPr>
        <w:pStyle w:val="21"/>
      </w:pPr>
      <w:r>
        <w:t>1. Learning Objectives</w:t>
      </w:r>
    </w:p>
    <w:p w:rsidR="00882423" w:rsidRDefault="007A71D4">
      <w:r>
        <w:t>- Recognize series and parallel resistor</w:t>
      </w:r>
      <w:r>
        <w:t xml:space="preserve"> connections.</w:t>
      </w:r>
      <w:r>
        <w:br/>
        <w:t>- Analyze a complex resistor network step by step.</w:t>
      </w:r>
      <w:r>
        <w:br/>
        <w:t>- Calculate equivalent resistance.</w:t>
      </w:r>
      <w:r>
        <w:br/>
        <w:t>- Perform voltage and current measurements.</w:t>
      </w:r>
      <w:r>
        <w:br/>
        <w:t>- Verify Ohm’s Law experimentally.</w:t>
      </w:r>
    </w:p>
    <w:p w:rsidR="00882423" w:rsidRDefault="007A71D4">
      <w:pPr>
        <w:pStyle w:val="21"/>
      </w:pPr>
      <w:r>
        <w:t>2. Guided Laboratory Procedure</w:t>
      </w:r>
    </w:p>
    <w:p w:rsidR="00882423" w:rsidRDefault="007A71D4">
      <w:pPr>
        <w:pStyle w:val="31"/>
      </w:pPr>
      <w:r>
        <w:t>Step 1: Circuit Observation</w:t>
      </w:r>
    </w:p>
    <w:p w:rsidR="00882423" w:rsidRDefault="007A71D4">
      <w:r>
        <w:t>Observe the circui</w:t>
      </w:r>
      <w:r>
        <w:t>t diagram provided by the instructor.</w:t>
      </w:r>
      <w:r>
        <w:br/>
        <w:t>1. Circle the resistors connected in series.</w:t>
      </w:r>
      <w:r>
        <w:br/>
        <w:t>2. Mark the resistors connected in parallel.</w:t>
      </w:r>
      <w:r>
        <w:br/>
        <w:t>3. Describe the structure of the circuit in your own words.</w:t>
      </w:r>
    </w:p>
    <w:p w:rsidR="00882423" w:rsidRDefault="007A71D4">
      <w:r>
        <w:t>Description:</w:t>
      </w:r>
      <w:r>
        <w:br/>
        <w:t>______________________________________________</w:t>
      </w:r>
    </w:p>
    <w:p w:rsidR="00882423" w:rsidRDefault="007A71D4">
      <w:pPr>
        <w:pStyle w:val="31"/>
      </w:pPr>
      <w:r>
        <w:t xml:space="preserve">Step 2: </w:t>
      </w:r>
      <w:r>
        <w:t>Theoretical Calculations</w:t>
      </w:r>
    </w:p>
    <w:p w:rsidR="00882423" w:rsidRDefault="007A71D4">
      <w:r>
        <w:t>Simplify the circuit step by step and calculate the equivalent resistance.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2880"/>
        <w:gridCol w:w="2880"/>
      </w:tblGrid>
      <w:tr w:rsidR="00882423" w:rsidTr="007A71D4">
        <w:tc>
          <w:tcPr>
            <w:tcW w:w="2880" w:type="dxa"/>
          </w:tcPr>
          <w:p w:rsidR="00882423" w:rsidRDefault="007A71D4">
            <w:r>
              <w:t>Step</w:t>
            </w:r>
          </w:p>
        </w:tc>
        <w:tc>
          <w:tcPr>
            <w:tcW w:w="2880" w:type="dxa"/>
          </w:tcPr>
          <w:p w:rsidR="00882423" w:rsidRDefault="007A71D4">
            <w:r>
              <w:t>Calculation</w:t>
            </w:r>
          </w:p>
        </w:tc>
        <w:tc>
          <w:tcPr>
            <w:tcW w:w="2880" w:type="dxa"/>
          </w:tcPr>
          <w:p w:rsidR="00882423" w:rsidRDefault="007A71D4">
            <w:r>
              <w:t>Result (Ω)</w:t>
            </w:r>
          </w:p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Step 1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882423"/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Step 2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882423"/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Step 3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882423"/>
        </w:tc>
      </w:tr>
    </w:tbl>
    <w:p w:rsidR="00882423" w:rsidRDefault="007A71D4">
      <w:r>
        <w:t>Final Equivalent Resistance (Theoretical): __________ Ω</w:t>
      </w:r>
    </w:p>
    <w:p w:rsidR="00882423" w:rsidRDefault="007A71D4">
      <w:pPr>
        <w:pStyle w:val="31"/>
      </w:pPr>
      <w:r>
        <w:t>Step 3: Circuit Assembly</w:t>
      </w:r>
    </w:p>
    <w:p w:rsidR="00882423" w:rsidRDefault="007A71D4">
      <w:r>
        <w:t xml:space="preserve">1. Place the </w:t>
      </w:r>
      <w:r>
        <w:t>resistors on the breadboard according to the circuit diagram.</w:t>
      </w:r>
      <w:r>
        <w:br/>
        <w:t>2. Connect the circuit carefully using wires.</w:t>
      </w:r>
      <w:r>
        <w:br/>
        <w:t>3. Ask the instructor to check the circuit before powering it ON.</w:t>
      </w:r>
    </w:p>
    <w:p w:rsidR="00882423" w:rsidRDefault="007A71D4">
      <w:pPr>
        <w:pStyle w:val="31"/>
      </w:pPr>
      <w:r>
        <w:lastRenderedPageBreak/>
        <w:t>Step 4: Measurements (Power OFF)</w:t>
      </w:r>
    </w:p>
    <w:p w:rsidR="00882423" w:rsidRDefault="007A71D4">
      <w:r>
        <w:t>Measure the equivalent resistance using the multi</w:t>
      </w:r>
      <w:r>
        <w:t>meter.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0"/>
        <w:gridCol w:w="4320"/>
      </w:tblGrid>
      <w:tr w:rsidR="00882423" w:rsidTr="007A71D4">
        <w:tc>
          <w:tcPr>
            <w:tcW w:w="4320" w:type="dxa"/>
          </w:tcPr>
          <w:p w:rsidR="00882423" w:rsidRDefault="007A71D4">
            <w:r>
              <w:t>Equivalent Resistance (Measured)</w:t>
            </w:r>
          </w:p>
        </w:tc>
        <w:tc>
          <w:tcPr>
            <w:tcW w:w="4320" w:type="dxa"/>
          </w:tcPr>
          <w:p w:rsidR="00882423" w:rsidRDefault="007A71D4">
            <w:r>
              <w:t>Ω</w:t>
            </w:r>
          </w:p>
        </w:tc>
      </w:tr>
      <w:tr w:rsidR="00882423" w:rsidTr="007A71D4">
        <w:tc>
          <w:tcPr>
            <w:tcW w:w="4320" w:type="dxa"/>
          </w:tcPr>
          <w:p w:rsidR="00882423" w:rsidRDefault="007A71D4">
            <w:r>
              <w:t>Value</w:t>
            </w:r>
          </w:p>
        </w:tc>
        <w:tc>
          <w:tcPr>
            <w:tcW w:w="4320" w:type="dxa"/>
          </w:tcPr>
          <w:p w:rsidR="00882423" w:rsidRDefault="00882423"/>
        </w:tc>
      </w:tr>
    </w:tbl>
    <w:p w:rsidR="00882423" w:rsidRDefault="007A71D4">
      <w:pPr>
        <w:pStyle w:val="31"/>
      </w:pPr>
      <w:r>
        <w:t>Step 5: Measurements (Power ON)</w:t>
      </w:r>
    </w:p>
    <w:p w:rsidR="00882423" w:rsidRDefault="007A71D4">
      <w:r>
        <w:t>Measure voltage and current of the circuit.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2880"/>
        <w:gridCol w:w="2880"/>
      </w:tblGrid>
      <w:tr w:rsidR="00882423" w:rsidTr="007A71D4">
        <w:tc>
          <w:tcPr>
            <w:tcW w:w="2880" w:type="dxa"/>
          </w:tcPr>
          <w:p w:rsidR="00882423" w:rsidRDefault="007A71D4">
            <w:r>
              <w:t>Measurement</w:t>
            </w:r>
          </w:p>
        </w:tc>
        <w:tc>
          <w:tcPr>
            <w:tcW w:w="2880" w:type="dxa"/>
          </w:tcPr>
          <w:p w:rsidR="00882423" w:rsidRDefault="007A71D4">
            <w:r>
              <w:t>Value</w:t>
            </w:r>
          </w:p>
        </w:tc>
        <w:tc>
          <w:tcPr>
            <w:tcW w:w="2880" w:type="dxa"/>
          </w:tcPr>
          <w:p w:rsidR="00882423" w:rsidRDefault="007A71D4">
            <w:r>
              <w:t>Unit</w:t>
            </w:r>
          </w:p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Total Voltage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7A71D4">
            <w:r>
              <w:t>V</w:t>
            </w:r>
          </w:p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Total Current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7A71D4">
            <w:r>
              <w:t>A</w:t>
            </w:r>
          </w:p>
        </w:tc>
      </w:tr>
    </w:tbl>
    <w:p w:rsidR="00882423" w:rsidRDefault="007A71D4">
      <w:pPr>
        <w:pStyle w:val="31"/>
      </w:pPr>
      <w:r>
        <w:t>Step 6: Verification</w:t>
      </w:r>
    </w:p>
    <w:p w:rsidR="00882423" w:rsidRDefault="007A71D4">
      <w:r>
        <w:t xml:space="preserve">Using Ohm’s Law (V = I × R), calculate the </w:t>
      </w:r>
      <w:r>
        <w:t>current theoretically and compare it with the measured value.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2880"/>
        <w:gridCol w:w="2880"/>
      </w:tblGrid>
      <w:tr w:rsidR="00882423" w:rsidTr="007A71D4">
        <w:tc>
          <w:tcPr>
            <w:tcW w:w="2880" w:type="dxa"/>
          </w:tcPr>
          <w:p w:rsidR="00882423" w:rsidRDefault="007A71D4">
            <w:r>
              <w:t>Quantity</w:t>
            </w:r>
          </w:p>
        </w:tc>
        <w:tc>
          <w:tcPr>
            <w:tcW w:w="2880" w:type="dxa"/>
          </w:tcPr>
          <w:p w:rsidR="00882423" w:rsidRDefault="007A71D4">
            <w:r>
              <w:t>Theoretical</w:t>
            </w:r>
          </w:p>
        </w:tc>
        <w:tc>
          <w:tcPr>
            <w:tcW w:w="2880" w:type="dxa"/>
          </w:tcPr>
          <w:p w:rsidR="00882423" w:rsidRDefault="007A71D4">
            <w:r>
              <w:t>Measured</w:t>
            </w:r>
          </w:p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Resistance (Ω)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882423"/>
        </w:tc>
      </w:tr>
      <w:tr w:rsidR="00882423" w:rsidTr="007A71D4">
        <w:tc>
          <w:tcPr>
            <w:tcW w:w="2880" w:type="dxa"/>
          </w:tcPr>
          <w:p w:rsidR="00882423" w:rsidRDefault="007A71D4">
            <w:r>
              <w:t>Current (A)</w:t>
            </w:r>
          </w:p>
        </w:tc>
        <w:tc>
          <w:tcPr>
            <w:tcW w:w="2880" w:type="dxa"/>
          </w:tcPr>
          <w:p w:rsidR="00882423" w:rsidRDefault="00882423"/>
        </w:tc>
        <w:tc>
          <w:tcPr>
            <w:tcW w:w="2880" w:type="dxa"/>
          </w:tcPr>
          <w:p w:rsidR="00882423" w:rsidRDefault="00882423"/>
        </w:tc>
      </w:tr>
    </w:tbl>
    <w:p w:rsidR="00882423" w:rsidRDefault="007A71D4">
      <w:pPr>
        <w:pStyle w:val="21"/>
      </w:pPr>
      <w:r>
        <w:t>7. Guided Questions</w:t>
      </w:r>
    </w:p>
    <w:p w:rsidR="00882423" w:rsidRDefault="007A71D4">
      <w:r>
        <w:t>1. Was the measured equivalent resistance close to the theoretical value? Why?</w:t>
      </w:r>
      <w:r>
        <w:br/>
      </w:r>
      <w:r>
        <w:br/>
        <w:t xml:space="preserve">2. What factors may cause </w:t>
      </w:r>
      <w:r>
        <w:t>measurement errors?</w:t>
      </w:r>
      <w:r>
        <w:br/>
      </w:r>
      <w:r>
        <w:br/>
        <w:t>3. How would the circuit change if one resistor in a parallel branch failed?</w:t>
      </w:r>
    </w:p>
    <w:p w:rsidR="00882423" w:rsidRDefault="007A71D4">
      <w:pPr>
        <w:pStyle w:val="21"/>
      </w:pPr>
      <w:r>
        <w:t>8. Conclusion</w:t>
      </w:r>
    </w:p>
    <w:p w:rsidR="00882423" w:rsidRDefault="007A71D4">
      <w:r>
        <w:t>Write a short conclusion (3–4 lines) describing what you learned from this experiment.</w:t>
      </w:r>
    </w:p>
    <w:sectPr w:rsidR="0088242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7A71D4"/>
    <w:rsid w:val="00882423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53E77B-7371-4B78-A710-774086B4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epal k.achaias</cp:lastModifiedBy>
  <cp:revision>2</cp:revision>
  <dcterms:created xsi:type="dcterms:W3CDTF">2013-12-23T23:15:00Z</dcterms:created>
  <dcterms:modified xsi:type="dcterms:W3CDTF">2026-01-05T06:58:00Z</dcterms:modified>
  <cp:category/>
</cp:coreProperties>
</file>